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15BB" w14:textId="534BCA7B" w:rsidR="00943B92" w:rsidRDefault="00A1245E">
      <w:pPr>
        <w:pStyle w:val="Heading1"/>
      </w:pPr>
      <w:r>
        <w:t>R</w:t>
      </w:r>
      <w:r w:rsidR="0050758B">
        <w:t xml:space="preserve">ough </w:t>
      </w:r>
      <w:r>
        <w:t>S</w:t>
      </w:r>
      <w:r w:rsidR="0050758B">
        <w:t xml:space="preserve">leeper </w:t>
      </w:r>
      <w:r>
        <w:t>A</w:t>
      </w:r>
      <w:r w:rsidR="0050758B">
        <w:t xml:space="preserve">ccommodation </w:t>
      </w:r>
      <w:r>
        <w:t>P</w:t>
      </w:r>
      <w:r w:rsidR="0050758B">
        <w:t xml:space="preserve">rogramme (RSAP) </w:t>
      </w:r>
      <w:r>
        <w:t>B</w:t>
      </w:r>
      <w:r w:rsidR="0050758B">
        <w:t xml:space="preserve">ed </w:t>
      </w:r>
      <w:r>
        <w:t>&amp;</w:t>
      </w:r>
      <w:r w:rsidR="0050758B">
        <w:t xml:space="preserve"> </w:t>
      </w:r>
      <w:r>
        <w:t>B</w:t>
      </w:r>
      <w:r w:rsidR="0050758B">
        <w:t>reakfast</w:t>
      </w:r>
      <w:r>
        <w:t xml:space="preserve"> Support Worker</w:t>
      </w:r>
      <w:r w:rsidR="0050758B">
        <w:t xml:space="preserve"> (B&amp;B)</w:t>
      </w:r>
      <w:r>
        <w:t xml:space="preserve"> (G5</w:t>
      </w:r>
      <w:r w:rsidR="0050758B">
        <w:t xml:space="preserve"> £29,064 - £32,061)</w:t>
      </w:r>
    </w:p>
    <w:p w14:paraId="0E983F6B" w14:textId="77777777" w:rsidR="00943B92" w:rsidRDefault="00A1245E">
      <w:pPr>
        <w:rPr>
          <w:rFonts w:eastAsia="Times New Roman" w:cs="Times New Roman"/>
          <w:kern w:val="2"/>
          <w:lang w:val="en-GB" w:eastAsia="en-GB"/>
          <w14:ligatures w14:val="standardContextual"/>
        </w:rPr>
      </w:pPr>
      <w:r>
        <w:rPr>
          <w:rFonts w:eastAsia="Times New Roman" w:cs="Times New Roman"/>
        </w:rPr>
        <w:t>Making a real difference, every day</w:t>
      </w:r>
    </w:p>
    <w:p w14:paraId="0CE29987" w14:textId="77777777" w:rsidR="00F96B8C" w:rsidRDefault="00F96B8C">
      <w:pPr>
        <w:rPr>
          <w:rFonts w:eastAsia="Times New Roman" w:cs="Times New Roman"/>
          <w:kern w:val="2"/>
          <w:lang w:val="en-GB" w:eastAsia="en-GB"/>
          <w14:ligatures w14:val="standardContextual"/>
        </w:rPr>
      </w:pPr>
      <w:r>
        <w:rPr>
          <w:rFonts w:eastAsia="Times New Roman" w:cs="Times New Roman"/>
        </w:rPr>
        <w:t>We are looking for a caring and motivated RSAP B&amp;B Support Worker to support single people and families living in temporary accommodation, including hotels and nightly-rate properties.</w:t>
      </w:r>
      <w:r>
        <w:rPr>
          <w:rFonts w:eastAsia="Times New Roman" w:cs="Times New Roman"/>
        </w:rPr>
        <w:br/>
      </w:r>
      <w:r>
        <w:rPr>
          <w:rFonts w:eastAsia="Times New Roman" w:cs="Times New Roman"/>
        </w:rPr>
        <w:br/>
        <w:t>This is a rewarding frontline role where you will work directly with customers during a challenging period in their lives. You will provide practical support, encouragement and guidance to help people feel safer, build confidence and progress towards longer-term housing.</w:t>
      </w:r>
      <w:r>
        <w:rPr>
          <w:rFonts w:eastAsia="Times New Roman" w:cs="Times New Roman"/>
        </w:rPr>
        <w:br/>
      </w:r>
      <w:r>
        <w:rPr>
          <w:rFonts w:eastAsia="Times New Roman" w:cs="Times New Roman"/>
        </w:rPr>
        <w:br/>
        <w:t>Working with a small caseload, you will build meaningful relationships and provide responsive, person-centred support. You will be part of a supportive team, with guidance from senior colleagues and access to partner organisations such as Adult Social Care, Children’s Services, the Probation Service and the voluntary sector.</w:t>
      </w:r>
      <w:r>
        <w:rPr>
          <w:rFonts w:eastAsia="Times New Roman" w:cs="Times New Roman"/>
        </w:rPr>
        <w:br/>
      </w:r>
      <w:r>
        <w:rPr>
          <w:rFonts w:eastAsia="Times New Roman" w:cs="Times New Roman"/>
        </w:rPr>
        <w:br/>
      </w:r>
      <w:r>
        <w:rPr>
          <w:rFonts w:eastAsia="Times New Roman" w:cs="Times New Roman"/>
          <w:b/>
        </w:rPr>
        <w:t>What you will be doing:</w:t>
      </w:r>
      <w:r>
        <w:rPr>
          <w:rFonts w:eastAsia="Times New Roman" w:cs="Times New Roman"/>
        </w:rPr>
        <w:br/>
        <w:t>• Providing face-to-face, person-centred support to customers with a range of needs</w:t>
      </w:r>
      <w:r>
        <w:rPr>
          <w:rFonts w:eastAsia="Times New Roman" w:cs="Times New Roman"/>
        </w:rPr>
        <w:br/>
        <w:t>• Helping customers access housing, health, wellbeing and community services</w:t>
      </w:r>
      <w:r>
        <w:rPr>
          <w:rFonts w:eastAsia="Times New Roman" w:cs="Times New Roman"/>
        </w:rPr>
        <w:br/>
        <w:t>• Supporting people to attend appointments and work towards agreed goals</w:t>
      </w:r>
      <w:r>
        <w:rPr>
          <w:rFonts w:eastAsia="Times New Roman" w:cs="Times New Roman"/>
        </w:rPr>
        <w:br/>
        <w:t>• Contributing to assessments and support plans</w:t>
      </w:r>
      <w:r>
        <w:rPr>
          <w:rFonts w:eastAsia="Times New Roman" w:cs="Times New Roman"/>
        </w:rPr>
        <w:br/>
        <w:t>• Building strong working relationships with colleagues and partner organisations</w:t>
      </w:r>
      <w:r>
        <w:rPr>
          <w:rFonts w:eastAsia="Times New Roman" w:cs="Times New Roman"/>
        </w:rPr>
        <w:br/>
        <w:t>• Producing and maintaining clear, accurate and contemporaneous records in line with organisational standards, recognising that records may be required for safeguarding processes or legal proceedings</w:t>
      </w:r>
      <w:r>
        <w:rPr>
          <w:rFonts w:eastAsia="Times New Roman" w:cs="Times New Roman"/>
        </w:rPr>
        <w:br/>
      </w:r>
      <w:r>
        <w:rPr>
          <w:rFonts w:eastAsia="Times New Roman" w:cs="Times New Roman"/>
        </w:rPr>
        <w:br/>
      </w:r>
      <w:r>
        <w:rPr>
          <w:rFonts w:eastAsia="Times New Roman" w:cs="Times New Roman"/>
          <w:b/>
        </w:rPr>
        <w:t>Essential criteria:</w:t>
      </w:r>
      <w:r>
        <w:rPr>
          <w:rFonts w:eastAsia="Times New Roman" w:cs="Times New Roman"/>
        </w:rPr>
        <w:br/>
        <w:t>• Experience supporting vulnerable people or working in a people-focused role</w:t>
      </w:r>
      <w:r>
        <w:rPr>
          <w:rFonts w:eastAsia="Times New Roman" w:cs="Times New Roman"/>
        </w:rPr>
        <w:br/>
        <w:t>• Empathy, professionalism and strong communication skills</w:t>
      </w:r>
      <w:r>
        <w:rPr>
          <w:rFonts w:eastAsia="Times New Roman" w:cs="Times New Roman"/>
        </w:rPr>
        <w:br/>
        <w:t>• Understanding of homelessness and the challenges faced by people living in temporary accommodation</w:t>
      </w:r>
      <w:r>
        <w:rPr>
          <w:rFonts w:eastAsia="Times New Roman" w:cs="Times New Roman"/>
        </w:rPr>
        <w:br/>
        <w:t>• A flexible, non-judgemental and person-centred approach</w:t>
      </w:r>
      <w:r>
        <w:rPr>
          <w:rFonts w:eastAsia="Times New Roman" w:cs="Times New Roman"/>
        </w:rPr>
        <w:br/>
        <w:t>• Good organisational skills and the ability to work at pace across different settings</w:t>
      </w:r>
      <w:r>
        <w:rPr>
          <w:rFonts w:eastAsia="Times New Roman" w:cs="Times New Roman"/>
        </w:rPr>
        <w:br/>
        <w:t>• A full UK driving licence and access to a vehicle for work</w:t>
      </w:r>
      <w:r>
        <w:rPr>
          <w:rFonts w:eastAsia="Times New Roman" w:cs="Times New Roman"/>
        </w:rPr>
        <w:br/>
      </w:r>
      <w:r>
        <w:rPr>
          <w:rFonts w:eastAsia="Times New Roman" w:cs="Times New Roman"/>
        </w:rPr>
        <w:br/>
        <w:t>This role is classed as an Essential Car User and attracts the appropriate allowance.</w:t>
      </w:r>
      <w:r>
        <w:rPr>
          <w:rFonts w:eastAsia="Times New Roman" w:cs="Times New Roman"/>
        </w:rPr>
        <w:br/>
      </w:r>
      <w:r>
        <w:rPr>
          <w:rFonts w:eastAsia="Times New Roman" w:cs="Times New Roman"/>
        </w:rPr>
        <w:br/>
        <w:t>If you want a role that is meaningful, people-focused and makes a genuine impact, we would love to hear from you.</w:t>
      </w:r>
    </w:p>
    <w:p w14:paraId="660594FF" w14:textId="77777777" w:rsidR="002C6BBC" w:rsidRDefault="002C6BBC">
      <w:pPr>
        <w:rPr>
          <w:rFonts w:eastAsia="Times New Roman" w:cs="Times New Roman"/>
          <w:b/>
        </w:rPr>
      </w:pPr>
    </w:p>
    <w:p w14:paraId="794F6A42" w14:textId="24E771B0" w:rsidR="00D34516" w:rsidRDefault="00D34516">
      <w:pPr>
        <w:rPr>
          <w:rFonts w:eastAsia="Times New Roman" w:cs="Times New Roman"/>
          <w:kern w:val="2"/>
          <w:lang w:val="en-GB" w:eastAsia="en-GB"/>
          <w14:ligatures w14:val="standardContextual"/>
        </w:rPr>
      </w:pPr>
      <w:r>
        <w:rPr>
          <w:rFonts w:eastAsia="Times New Roman" w:cs="Times New Roman"/>
          <w:b/>
        </w:rPr>
        <w:t xml:space="preserve">To be considered for interview, please describe (in no more than 750 words) </w:t>
      </w:r>
      <w:r w:rsidR="00456587">
        <w:rPr>
          <w:rFonts w:eastAsia="Times New Roman" w:cs="Times New Roman"/>
          <w:b/>
        </w:rPr>
        <w:t xml:space="preserve">in your own </w:t>
      </w:r>
      <w:r w:rsidR="00003BC6">
        <w:rPr>
          <w:rFonts w:eastAsia="Times New Roman" w:cs="Times New Roman"/>
          <w:b/>
        </w:rPr>
        <w:t xml:space="preserve">words </w:t>
      </w:r>
      <w:r>
        <w:rPr>
          <w:rFonts w:eastAsia="Times New Roman" w:cs="Times New Roman"/>
          <w:b/>
        </w:rPr>
        <w:t xml:space="preserve">your experience </w:t>
      </w:r>
      <w:r w:rsidR="00003BC6">
        <w:rPr>
          <w:rFonts w:eastAsia="Times New Roman" w:cs="Times New Roman"/>
          <w:b/>
        </w:rPr>
        <w:t xml:space="preserve">and knowledge </w:t>
      </w:r>
      <w:r>
        <w:rPr>
          <w:rFonts w:eastAsia="Times New Roman" w:cs="Times New Roman"/>
          <w:b/>
        </w:rPr>
        <w:t>in the areas below:</w:t>
      </w:r>
    </w:p>
    <w:p w14:paraId="14145055" w14:textId="77777777" w:rsidR="009C7E87" w:rsidRDefault="009C7E87">
      <w:pPr>
        <w:rPr>
          <w:rFonts w:eastAsia="Times New Roman" w:cs="Times New Roman"/>
          <w:kern w:val="2"/>
          <w:lang w:val="en-GB" w:eastAsia="en-GB"/>
          <w14:ligatures w14:val="standardContextual"/>
        </w:rPr>
      </w:pPr>
      <w:r>
        <w:rPr>
          <w:rFonts w:eastAsia="Times New Roman" w:cs="Times New Roman"/>
        </w:rPr>
        <w:t>• Supporting vulnerable people or working in a people-focused role</w:t>
      </w:r>
    </w:p>
    <w:p w14:paraId="5C4B43CA" w14:textId="77777777" w:rsidR="009C7E87" w:rsidRDefault="009C7E87">
      <w:pPr>
        <w:rPr>
          <w:rFonts w:eastAsia="Times New Roman" w:cs="Times New Roman"/>
          <w:kern w:val="2"/>
          <w:lang w:val="en-GB" w:eastAsia="en-GB"/>
          <w14:ligatures w14:val="standardContextual"/>
        </w:rPr>
      </w:pPr>
      <w:r>
        <w:rPr>
          <w:rFonts w:eastAsia="Times New Roman" w:cs="Times New Roman"/>
        </w:rPr>
        <w:t>• Working in a person-centred way, demonstrating empathy, professionalism and a flexible, non-judgemental approach</w:t>
      </w:r>
    </w:p>
    <w:p w14:paraId="32E316EC" w14:textId="77777777" w:rsidR="005C6392" w:rsidRDefault="009C7E87">
      <w:pPr>
        <w:rPr>
          <w:rFonts w:eastAsia="Times New Roman" w:cs="Times New Roman"/>
          <w:kern w:val="2"/>
          <w:lang w:val="en-GB" w:eastAsia="en-GB"/>
          <w14:ligatures w14:val="standardContextual"/>
        </w:rPr>
      </w:pPr>
      <w:r>
        <w:rPr>
          <w:rFonts w:eastAsia="Times New Roman" w:cs="Times New Roman"/>
        </w:rPr>
        <w:t>• Your understanding of homelessness and temporary accommodation, including the challenges people may face</w:t>
      </w:r>
    </w:p>
    <w:sectPr w:rsidR="005C639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8552836">
    <w:abstractNumId w:val="3"/>
  </w:num>
  <w:num w:numId="2" w16cid:durableId="1190794928">
    <w:abstractNumId w:val="7"/>
  </w:num>
  <w:num w:numId="3" w16cid:durableId="1254240470">
    <w:abstractNumId w:val="5"/>
  </w:num>
  <w:num w:numId="4" w16cid:durableId="1559124321">
    <w:abstractNumId w:val="1"/>
  </w:num>
  <w:num w:numId="5" w16cid:durableId="1568416072">
    <w:abstractNumId w:val="6"/>
  </w:num>
  <w:num w:numId="6" w16cid:durableId="1609971918">
    <w:abstractNumId w:val="2"/>
  </w:num>
  <w:num w:numId="7" w16cid:durableId="2049842187">
    <w:abstractNumId w:val="0"/>
  </w:num>
  <w:num w:numId="8" w16cid:durableId="693386050">
    <w:abstractNumId w:val="8"/>
  </w:num>
  <w:num w:numId="9" w16cid:durableId="7289641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414"/>
    <w:rsid w:val="00003BC6"/>
    <w:rsid w:val="000055F5"/>
    <w:rsid w:val="00030AC4"/>
    <w:rsid w:val="00034616"/>
    <w:rsid w:val="00047C19"/>
    <w:rsid w:val="0006063C"/>
    <w:rsid w:val="00071144"/>
    <w:rsid w:val="0007263F"/>
    <w:rsid w:val="000E2855"/>
    <w:rsid w:val="000E7703"/>
    <w:rsid w:val="00103CEB"/>
    <w:rsid w:val="00120268"/>
    <w:rsid w:val="0015074B"/>
    <w:rsid w:val="00150B4B"/>
    <w:rsid w:val="0016035C"/>
    <w:rsid w:val="00165BD0"/>
    <w:rsid w:val="001671D5"/>
    <w:rsid w:val="001B0210"/>
    <w:rsid w:val="001B37D6"/>
    <w:rsid w:val="001D2BFE"/>
    <w:rsid w:val="001E077D"/>
    <w:rsid w:val="00221736"/>
    <w:rsid w:val="0027513F"/>
    <w:rsid w:val="00291950"/>
    <w:rsid w:val="0029639D"/>
    <w:rsid w:val="002B7062"/>
    <w:rsid w:val="002B7F1F"/>
    <w:rsid w:val="002C3632"/>
    <w:rsid w:val="002C6BBC"/>
    <w:rsid w:val="002E58D2"/>
    <w:rsid w:val="00326BC5"/>
    <w:rsid w:val="00326F90"/>
    <w:rsid w:val="0033163E"/>
    <w:rsid w:val="00340D66"/>
    <w:rsid w:val="003628FE"/>
    <w:rsid w:val="00371C96"/>
    <w:rsid w:val="003731B9"/>
    <w:rsid w:val="00395D69"/>
    <w:rsid w:val="00396779"/>
    <w:rsid w:val="00397562"/>
    <w:rsid w:val="003E6B61"/>
    <w:rsid w:val="003F303C"/>
    <w:rsid w:val="00404086"/>
    <w:rsid w:val="00414743"/>
    <w:rsid w:val="00456587"/>
    <w:rsid w:val="00470312"/>
    <w:rsid w:val="004E20E3"/>
    <w:rsid w:val="004F4F82"/>
    <w:rsid w:val="0050758B"/>
    <w:rsid w:val="00507783"/>
    <w:rsid w:val="00525C26"/>
    <w:rsid w:val="00532883"/>
    <w:rsid w:val="0057430F"/>
    <w:rsid w:val="00580FEE"/>
    <w:rsid w:val="005C6392"/>
    <w:rsid w:val="005D6170"/>
    <w:rsid w:val="005F1EB6"/>
    <w:rsid w:val="00667FBF"/>
    <w:rsid w:val="0069721B"/>
    <w:rsid w:val="006A0B71"/>
    <w:rsid w:val="006B0DE1"/>
    <w:rsid w:val="006B19F8"/>
    <w:rsid w:val="006B7A37"/>
    <w:rsid w:val="007012B4"/>
    <w:rsid w:val="00747CC9"/>
    <w:rsid w:val="0076570C"/>
    <w:rsid w:val="0077144C"/>
    <w:rsid w:val="007846F8"/>
    <w:rsid w:val="007A5001"/>
    <w:rsid w:val="007A5DB9"/>
    <w:rsid w:val="007B546B"/>
    <w:rsid w:val="007C063B"/>
    <w:rsid w:val="007D2265"/>
    <w:rsid w:val="007D532D"/>
    <w:rsid w:val="007E4FAC"/>
    <w:rsid w:val="007E591A"/>
    <w:rsid w:val="007E600D"/>
    <w:rsid w:val="007E7CE7"/>
    <w:rsid w:val="007F7946"/>
    <w:rsid w:val="00841E22"/>
    <w:rsid w:val="0084443E"/>
    <w:rsid w:val="008706A9"/>
    <w:rsid w:val="008B4629"/>
    <w:rsid w:val="008C5933"/>
    <w:rsid w:val="008F064C"/>
    <w:rsid w:val="008F68AD"/>
    <w:rsid w:val="00940DAF"/>
    <w:rsid w:val="00943B92"/>
    <w:rsid w:val="00983465"/>
    <w:rsid w:val="009C47B6"/>
    <w:rsid w:val="009C7E87"/>
    <w:rsid w:val="00A1245E"/>
    <w:rsid w:val="00A131D1"/>
    <w:rsid w:val="00A50986"/>
    <w:rsid w:val="00A559EF"/>
    <w:rsid w:val="00AA1D8D"/>
    <w:rsid w:val="00AC224D"/>
    <w:rsid w:val="00AD0A05"/>
    <w:rsid w:val="00AF6C9E"/>
    <w:rsid w:val="00B26F89"/>
    <w:rsid w:val="00B32308"/>
    <w:rsid w:val="00B36F28"/>
    <w:rsid w:val="00B47730"/>
    <w:rsid w:val="00B54701"/>
    <w:rsid w:val="00B64573"/>
    <w:rsid w:val="00BC167B"/>
    <w:rsid w:val="00BD6672"/>
    <w:rsid w:val="00BF1075"/>
    <w:rsid w:val="00C13D22"/>
    <w:rsid w:val="00C37543"/>
    <w:rsid w:val="00C4343C"/>
    <w:rsid w:val="00CB0664"/>
    <w:rsid w:val="00CC32EE"/>
    <w:rsid w:val="00CC4177"/>
    <w:rsid w:val="00D00832"/>
    <w:rsid w:val="00D305C0"/>
    <w:rsid w:val="00D34516"/>
    <w:rsid w:val="00D41E5E"/>
    <w:rsid w:val="00DC29D1"/>
    <w:rsid w:val="00DD1BBA"/>
    <w:rsid w:val="00DE2D17"/>
    <w:rsid w:val="00E16B74"/>
    <w:rsid w:val="00E23009"/>
    <w:rsid w:val="00E441C7"/>
    <w:rsid w:val="00E45734"/>
    <w:rsid w:val="00E65ABF"/>
    <w:rsid w:val="00E7397B"/>
    <w:rsid w:val="00E766BE"/>
    <w:rsid w:val="00EF0ED2"/>
    <w:rsid w:val="00F241D1"/>
    <w:rsid w:val="00F40C9D"/>
    <w:rsid w:val="00F54E42"/>
    <w:rsid w:val="00F96B8C"/>
    <w:rsid w:val="00F97607"/>
    <w:rsid w:val="00FC693F"/>
    <w:rsid w:val="00FE6AD6"/>
    <w:rsid w:val="0157E319"/>
    <w:rsid w:val="015E49FC"/>
    <w:rsid w:val="01D4A161"/>
    <w:rsid w:val="0320469F"/>
    <w:rsid w:val="03BBED90"/>
    <w:rsid w:val="03F1019E"/>
    <w:rsid w:val="03FD00C4"/>
    <w:rsid w:val="056918DB"/>
    <w:rsid w:val="05F05A94"/>
    <w:rsid w:val="069090A9"/>
    <w:rsid w:val="0925E2DB"/>
    <w:rsid w:val="0BA64C38"/>
    <w:rsid w:val="0CEC7449"/>
    <w:rsid w:val="0D140F52"/>
    <w:rsid w:val="0F221294"/>
    <w:rsid w:val="0FF451AD"/>
    <w:rsid w:val="10814180"/>
    <w:rsid w:val="12480C87"/>
    <w:rsid w:val="132A33AD"/>
    <w:rsid w:val="157B565D"/>
    <w:rsid w:val="16F7334C"/>
    <w:rsid w:val="19A1A944"/>
    <w:rsid w:val="1A6A9313"/>
    <w:rsid w:val="1AB245C9"/>
    <w:rsid w:val="1C2F8F63"/>
    <w:rsid w:val="1DB6C5A1"/>
    <w:rsid w:val="1E133154"/>
    <w:rsid w:val="1E5C2706"/>
    <w:rsid w:val="1E929AB5"/>
    <w:rsid w:val="1F8A94DA"/>
    <w:rsid w:val="20E885BA"/>
    <w:rsid w:val="2196DF59"/>
    <w:rsid w:val="24291DB7"/>
    <w:rsid w:val="2651219A"/>
    <w:rsid w:val="28685C9D"/>
    <w:rsid w:val="28884743"/>
    <w:rsid w:val="2B2712BB"/>
    <w:rsid w:val="2B2A5CAF"/>
    <w:rsid w:val="2B95B232"/>
    <w:rsid w:val="2C814177"/>
    <w:rsid w:val="2CC90297"/>
    <w:rsid w:val="2E1A839D"/>
    <w:rsid w:val="2F2AACCF"/>
    <w:rsid w:val="31F3EBAC"/>
    <w:rsid w:val="38EDAE1C"/>
    <w:rsid w:val="3A832ABB"/>
    <w:rsid w:val="3AD84B7E"/>
    <w:rsid w:val="3BCB166D"/>
    <w:rsid w:val="3DC1B975"/>
    <w:rsid w:val="3EA24D08"/>
    <w:rsid w:val="3FB23B18"/>
    <w:rsid w:val="3FF014CD"/>
    <w:rsid w:val="40E8F287"/>
    <w:rsid w:val="41590C5A"/>
    <w:rsid w:val="41DCACEF"/>
    <w:rsid w:val="42423BC9"/>
    <w:rsid w:val="47BF8E1F"/>
    <w:rsid w:val="48BD1029"/>
    <w:rsid w:val="48C60B09"/>
    <w:rsid w:val="4AAC9E8C"/>
    <w:rsid w:val="4ADF7E00"/>
    <w:rsid w:val="4B926C0E"/>
    <w:rsid w:val="4C904110"/>
    <w:rsid w:val="4DBA0E70"/>
    <w:rsid w:val="4DD921DA"/>
    <w:rsid w:val="4FC25B1A"/>
    <w:rsid w:val="512CBA69"/>
    <w:rsid w:val="5197DBE0"/>
    <w:rsid w:val="53BB1614"/>
    <w:rsid w:val="549EAE30"/>
    <w:rsid w:val="552E852D"/>
    <w:rsid w:val="5664F975"/>
    <w:rsid w:val="577BC003"/>
    <w:rsid w:val="590978E4"/>
    <w:rsid w:val="59B94F91"/>
    <w:rsid w:val="59C82FA4"/>
    <w:rsid w:val="5A8CE3A5"/>
    <w:rsid w:val="5B156F4C"/>
    <w:rsid w:val="5BEB8513"/>
    <w:rsid w:val="5C2ED3D7"/>
    <w:rsid w:val="5CA35F3A"/>
    <w:rsid w:val="5D169CF3"/>
    <w:rsid w:val="5EC916FB"/>
    <w:rsid w:val="616F0CA2"/>
    <w:rsid w:val="61B03422"/>
    <w:rsid w:val="62B2BA10"/>
    <w:rsid w:val="63163427"/>
    <w:rsid w:val="631BF00A"/>
    <w:rsid w:val="63C1799E"/>
    <w:rsid w:val="65561194"/>
    <w:rsid w:val="65CD4DB9"/>
    <w:rsid w:val="66A700C8"/>
    <w:rsid w:val="676E5681"/>
    <w:rsid w:val="696E7EDF"/>
    <w:rsid w:val="69A371BD"/>
    <w:rsid w:val="69B22D4E"/>
    <w:rsid w:val="6B7E18C4"/>
    <w:rsid w:val="6B92C793"/>
    <w:rsid w:val="6F3B0951"/>
    <w:rsid w:val="6F426366"/>
    <w:rsid w:val="6F6452A4"/>
    <w:rsid w:val="6F83FE3D"/>
    <w:rsid w:val="701581D6"/>
    <w:rsid w:val="70249F1B"/>
    <w:rsid w:val="70F335EB"/>
    <w:rsid w:val="711021EC"/>
    <w:rsid w:val="71CAA4CA"/>
    <w:rsid w:val="71CEC93A"/>
    <w:rsid w:val="7289B25F"/>
    <w:rsid w:val="72A5DA89"/>
    <w:rsid w:val="75BA6CB1"/>
    <w:rsid w:val="791B26EE"/>
    <w:rsid w:val="7A4424AB"/>
    <w:rsid w:val="7BD154C7"/>
    <w:rsid w:val="7D6B7775"/>
    <w:rsid w:val="7E2588FD"/>
    <w:rsid w:val="7F15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1242FD8"/>
  <w14:defaultImageDpi w14:val="300"/>
  <w15:docId w15:val="{7DFE5486-4CC0-49B9-BCB6-3DA82251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1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Sue Bee</cp:lastModifiedBy>
  <cp:revision>2</cp:revision>
  <dcterms:created xsi:type="dcterms:W3CDTF">2026-04-24T08:54:00Z</dcterms:created>
  <dcterms:modified xsi:type="dcterms:W3CDTF">2026-04-24T08:54:00Z</dcterms:modified>
  <cp:category/>
</cp:coreProperties>
</file>